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Teacher Observation Checklist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Formative, anecdotal evidence across the unit. Use a code in each box: E = emerging, D = developing, P = proficient, X = extending. Add notes below.</w:t>
      </w:r>
    </w:p>
    <w:p>
      <w:pPr>
        <w:spacing w:after="160" w:before="0"/>
      </w:pPr>
      <w:r>
        <w:rPr>
          <w:b w:val="0"/>
          <w:i w:val="0"/>
          <w:sz w:val="22"/>
        </w:rPr>
        <w:t>Class: ____________________     Dates: TBD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Student</w:t>
            </w:r>
          </w:p>
        </w:tc>
        <w:tc>
          <w:tcPr>
            <w:tcW w:type="dxa" w:w="16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Names the 3 parts</w:t>
            </w:r>
          </w:p>
        </w:tc>
        <w:tc>
          <w:tcPr>
            <w:tcW w:type="dxa" w:w="180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Writes a clear topic sentence</w:t>
            </w:r>
          </w:p>
        </w:tc>
        <w:tc>
          <w:tcPr>
            <w:tcW w:type="dxa" w:w="16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Reasons with details</w:t>
            </w:r>
          </w:p>
        </w:tc>
        <w:tc>
          <w:tcPr>
            <w:tcW w:type="dxa" w:w="180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Uses transitions / unity</w:t>
            </w:r>
          </w:p>
        </w:tc>
        <w:tc>
          <w:tcPr>
            <w:tcW w:type="dxa" w:w="158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Revises and edits</w:t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Anecdotal notes: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